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633"/>
      </w:tblGrid>
      <w:tr w:rsidR="00A50D6A" w14:paraId="0CC1AB46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3B2F3ACD" w14:textId="77777777" w:rsidR="00A50D6A" w:rsidRDefault="00A50D6A" w:rsidP="009172BB">
            <w:pPr>
              <w:spacing w:after="0"/>
              <w:jc w:val="both"/>
            </w:pPr>
            <w:bookmarkStart w:id="0" w:name="_GoBack"/>
            <w:r>
              <w:rPr>
                <w:b/>
                <w:sz w:val="20"/>
              </w:rPr>
              <w:t>TARİH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EF9F5E" w14:textId="77777777" w:rsidR="00A50D6A" w:rsidRDefault="00A50D6A" w:rsidP="009172BB">
            <w:pPr>
              <w:spacing w:after="0"/>
              <w:jc w:val="both"/>
              <w:rPr>
                <w:color w:val="2B2B2B"/>
              </w:rPr>
            </w:pPr>
            <w:r>
              <w:rPr>
                <w:sz w:val="20"/>
              </w:rPr>
              <w:t>08.06.2026</w:t>
            </w:r>
          </w:p>
        </w:tc>
      </w:tr>
      <w:tr w:rsidR="00A50D6A" w14:paraId="789E1DCE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7CD452E6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DOKÜMAN KODU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7D43C7" w14:textId="0A585914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DG-05</w:t>
            </w:r>
          </w:p>
        </w:tc>
      </w:tr>
      <w:tr w:rsidR="00A50D6A" w14:paraId="5524AD36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64EA530E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VERSİYON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813D98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V01</w:t>
            </w:r>
          </w:p>
        </w:tc>
      </w:tr>
      <w:tr w:rsidR="00A50D6A" w14:paraId="065947D5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7B15C4E9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FİRMA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3005C0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BOZTAŞ ORGANİZASYON PETROL TEMİZLİK HİZMETLERİ TURİZM İNŞAAT SANAYİ VE TİCARET LİMİTED ŞİRKETİ</w:t>
            </w:r>
          </w:p>
        </w:tc>
      </w:tr>
      <w:tr w:rsidR="00A50D6A" w14:paraId="342CF83F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2A2568E2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MERSİS NUMARASI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3569E9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0186067249000014</w:t>
            </w:r>
          </w:p>
        </w:tc>
      </w:tr>
      <w:tr w:rsidR="00A50D6A" w14:paraId="3C6462F8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3C3C523E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VERGİ KİMLİK NUMARASI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2BE7B1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1860672490</w:t>
            </w:r>
          </w:p>
        </w:tc>
      </w:tr>
      <w:tr w:rsidR="00A50D6A" w14:paraId="0494DDAD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72358CB2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İLETİŞİM E POSTA ADRESİ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63893F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boztasltd@denizlibozkurt.bel.tr</w:t>
            </w:r>
          </w:p>
        </w:tc>
      </w:tr>
      <w:tr w:rsidR="00A50D6A" w14:paraId="748C92C8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5E08FAA1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KEP ADRESİ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83E8F4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boztasltd@hs01.kep.tr</w:t>
            </w:r>
          </w:p>
        </w:tc>
      </w:tr>
      <w:tr w:rsidR="00A50D6A" w14:paraId="74A82A1A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4FE8010F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FİRMA WEB SİTESİ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7D86C7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www.denizlibozkurt.bel.tr</w:t>
            </w:r>
          </w:p>
        </w:tc>
      </w:tr>
      <w:tr w:rsidR="00A50D6A" w14:paraId="43D59C3D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72640EEB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ADRES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9D47BC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 xml:space="preserve">Mehmetçik Mah. Muzaffer </w:t>
            </w:r>
            <w:proofErr w:type="spellStart"/>
            <w:r>
              <w:rPr>
                <w:sz w:val="20"/>
              </w:rPr>
              <w:t>Arıcı</w:t>
            </w:r>
            <w:proofErr w:type="spellEnd"/>
            <w:r>
              <w:rPr>
                <w:sz w:val="20"/>
              </w:rPr>
              <w:t xml:space="preserve"> Cad. Bozkurt Hükümet Konağı No:8/1 Bozkurt / DENİZLİ</w:t>
            </w:r>
          </w:p>
        </w:tc>
      </w:tr>
      <w:tr w:rsidR="00A50D6A" w14:paraId="20217A35" w14:textId="77777777" w:rsidTr="009172BB">
        <w:trPr>
          <w:jc w:val="center"/>
        </w:trPr>
        <w:tc>
          <w:tcPr>
            <w:tcW w:w="28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74D798B0" w14:textId="77777777" w:rsidR="00A50D6A" w:rsidRDefault="00A50D6A" w:rsidP="009172BB">
            <w:pPr>
              <w:spacing w:after="0"/>
              <w:jc w:val="both"/>
            </w:pPr>
            <w:r>
              <w:rPr>
                <w:b/>
                <w:sz w:val="20"/>
              </w:rPr>
              <w:t>DOKÜMAN TÜRÜ</w:t>
            </w:r>
          </w:p>
        </w:tc>
        <w:tc>
          <w:tcPr>
            <w:tcW w:w="6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09918D" w14:textId="77777777" w:rsidR="00A50D6A" w:rsidRDefault="00A50D6A" w:rsidP="009172BB">
            <w:pPr>
              <w:spacing w:after="0"/>
              <w:jc w:val="both"/>
            </w:pPr>
            <w:r>
              <w:rPr>
                <w:sz w:val="20"/>
              </w:rPr>
              <w:t>DİĞER DOKÜMAN / FORM / UYGULAMA METNİ</w:t>
            </w:r>
          </w:p>
        </w:tc>
      </w:tr>
      <w:bookmarkEnd w:id="0"/>
    </w:tbl>
    <w:p w14:paraId="37BD2B47" w14:textId="77777777" w:rsidR="00F403A3" w:rsidRDefault="00F403A3"/>
    <w:p w14:paraId="6F320973" w14:textId="77777777" w:rsidR="00F403A3" w:rsidRDefault="00A50D6A">
      <w:pPr>
        <w:pStyle w:val="Balk1"/>
        <w:jc w:val="center"/>
      </w:pPr>
      <w:r>
        <w:t>İLGİLİ KİŞİ BAŞVURU FORMU</w:t>
      </w:r>
    </w:p>
    <w:p w14:paraId="6DA165A1" w14:textId="77777777" w:rsidR="00F403A3" w:rsidRDefault="00A50D6A">
      <w:r>
        <w:t>Bu form, 6698 sayılı Kişisel Verilerin Korunması Kanunu’nun 11 ve 13. maddeleri kapsamındaki başvuruların yazılı, güvenli elektronik imzalı, mobil imzalı, KEP veya veri sorumlusuna daha önce bildirilen ve sistemde kayıtlı elektron</w:t>
      </w:r>
      <w:r>
        <w:t>ik posta adresi üzerinden alınması için hazırlanmıştır. Başvurular kimlik ve temsil yetkisi teyidinden sonra en geç otuz gün içinde sonuçlandırılır.</w:t>
      </w:r>
    </w:p>
    <w:p w14:paraId="63C4BE35" w14:textId="77777777" w:rsidR="00F403A3" w:rsidRDefault="00A50D6A">
      <w:pPr>
        <w:pStyle w:val="Balk2"/>
      </w:pPr>
      <w:r>
        <w:t>1. Başvuru Sahibi Bilgileri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7030"/>
      </w:tblGrid>
      <w:tr w:rsidR="00F403A3" w14:paraId="427F913B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F7"/>
            <w:vAlign w:val="center"/>
          </w:tcPr>
          <w:p w14:paraId="0DC1E6AD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Alan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F7"/>
            <w:vAlign w:val="center"/>
          </w:tcPr>
          <w:p w14:paraId="62BB3225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Bilgi</w:t>
            </w:r>
          </w:p>
        </w:tc>
      </w:tr>
      <w:tr w:rsidR="00F403A3" w14:paraId="18B36D48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32F34B77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Ad Soyad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A2F590" w14:textId="77777777" w:rsidR="00F403A3" w:rsidRDefault="00F403A3">
            <w:pPr>
              <w:spacing w:after="0"/>
            </w:pPr>
          </w:p>
        </w:tc>
      </w:tr>
      <w:tr w:rsidR="00F403A3" w14:paraId="1F360A4C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36742013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T.C. Kimlik / Pasaport No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FFF463B" w14:textId="77777777" w:rsidR="00F403A3" w:rsidRDefault="00F403A3">
            <w:pPr>
              <w:spacing w:after="0"/>
            </w:pPr>
          </w:p>
        </w:tc>
      </w:tr>
      <w:tr w:rsidR="00F403A3" w14:paraId="2DE4CF45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7735B64F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Telefon / E-posta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9FF773" w14:textId="77777777" w:rsidR="00F403A3" w:rsidRDefault="00F403A3">
            <w:pPr>
              <w:spacing w:after="0"/>
            </w:pPr>
          </w:p>
        </w:tc>
      </w:tr>
      <w:tr w:rsidR="00F403A3" w14:paraId="1D7D1B0A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3DF05166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Adres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76F8CE5" w14:textId="77777777" w:rsidR="00F403A3" w:rsidRDefault="00F403A3">
            <w:pPr>
              <w:spacing w:after="0"/>
            </w:pPr>
          </w:p>
        </w:tc>
      </w:tr>
      <w:tr w:rsidR="00F403A3" w14:paraId="334C44E5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63830D0C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Boztaş ile İlişki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5986AF7" w14:textId="77777777" w:rsidR="00F403A3" w:rsidRDefault="00A50D6A">
            <w:pPr>
              <w:spacing w:after="0"/>
            </w:pPr>
            <w:r>
              <w:rPr>
                <w:sz w:val="19"/>
              </w:rPr>
              <w:t>Çalışan / eski çalışan / çalışan adayı / ziyaretçi / cafe müşterisi / tedarikçi / belediye personeli / diğer</w:t>
            </w:r>
          </w:p>
        </w:tc>
      </w:tr>
    </w:tbl>
    <w:p w14:paraId="0FFBE3C1" w14:textId="77777777" w:rsidR="00F403A3" w:rsidRDefault="00F403A3"/>
    <w:p w14:paraId="4D5D1F6E" w14:textId="77777777" w:rsidR="00F403A3" w:rsidRDefault="00A50D6A">
      <w:pPr>
        <w:pStyle w:val="Balk2"/>
      </w:pPr>
      <w:r>
        <w:t>2. Talep Açıklaması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978"/>
      </w:tblGrid>
      <w:tr w:rsidR="00F403A3" w14:paraId="6FB69387" w14:textId="77777777">
        <w:trPr>
          <w:jc w:val="center"/>
        </w:trPr>
        <w:tc>
          <w:tcPr>
            <w:tcW w:w="99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F7"/>
            <w:vAlign w:val="center"/>
          </w:tcPr>
          <w:p w14:paraId="088BA145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Talebinize ilişkin açıklama, tarih aralığı, işlem/süreç, kamera lokasyonu, belge, başvuru veya ilgili kayıt</w:t>
            </w:r>
            <w:r>
              <w:rPr>
                <w:b/>
                <w:sz w:val="19"/>
              </w:rPr>
              <w:t xml:space="preserve"> bilgisi</w:t>
            </w:r>
          </w:p>
        </w:tc>
      </w:tr>
      <w:tr w:rsidR="00F403A3" w14:paraId="11EDC6AB" w14:textId="77777777">
        <w:trPr>
          <w:jc w:val="center"/>
        </w:trPr>
        <w:tc>
          <w:tcPr>
            <w:tcW w:w="99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4A469C7A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br/>
            </w:r>
            <w:r>
              <w:rPr>
                <w:b/>
                <w:sz w:val="19"/>
              </w:rPr>
              <w:br/>
            </w:r>
            <w:r>
              <w:rPr>
                <w:b/>
                <w:sz w:val="19"/>
              </w:rPr>
              <w:br/>
            </w:r>
            <w:r>
              <w:rPr>
                <w:b/>
                <w:sz w:val="19"/>
              </w:rPr>
              <w:br/>
            </w:r>
          </w:p>
        </w:tc>
      </w:tr>
    </w:tbl>
    <w:p w14:paraId="69EB597F" w14:textId="77777777" w:rsidR="00F403A3" w:rsidRDefault="00F403A3"/>
    <w:p w14:paraId="04D55301" w14:textId="77777777" w:rsidR="00F403A3" w:rsidRDefault="00A50D6A">
      <w:pPr>
        <w:pStyle w:val="Balk2"/>
      </w:pPr>
      <w:r>
        <w:t>3. Cevap Yöntemi Tercihi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7030"/>
      </w:tblGrid>
      <w:tr w:rsidR="00F403A3" w14:paraId="5AD5CA51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F7"/>
            <w:vAlign w:val="center"/>
          </w:tcPr>
          <w:p w14:paraId="06DDF621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Seçim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F7"/>
            <w:vAlign w:val="center"/>
          </w:tcPr>
          <w:p w14:paraId="0C37FC46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Yöntem</w:t>
            </w:r>
          </w:p>
        </w:tc>
      </w:tr>
      <w:tr w:rsidR="00F403A3" w14:paraId="7983406C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56BF6ACD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[  ]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713176" w14:textId="77777777" w:rsidR="00F403A3" w:rsidRDefault="00A50D6A">
            <w:pPr>
              <w:spacing w:after="0"/>
            </w:pPr>
            <w:r>
              <w:rPr>
                <w:sz w:val="19"/>
              </w:rPr>
              <w:t>Adresime yazılı gönderim</w:t>
            </w:r>
          </w:p>
        </w:tc>
      </w:tr>
      <w:tr w:rsidR="00F403A3" w14:paraId="483F164A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3B4B7728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[  ]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9270030" w14:textId="77777777" w:rsidR="00F403A3" w:rsidRDefault="00A50D6A">
            <w:pPr>
              <w:spacing w:after="0"/>
            </w:pPr>
            <w:r>
              <w:rPr>
                <w:sz w:val="19"/>
              </w:rPr>
              <w:t>Kayıtlı e-posta adresime elektronik gönderim</w:t>
            </w:r>
          </w:p>
        </w:tc>
      </w:tr>
      <w:tr w:rsidR="00F403A3" w14:paraId="048EF9CC" w14:textId="77777777">
        <w:trPr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vAlign w:val="center"/>
          </w:tcPr>
          <w:p w14:paraId="37470174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[  ]</w:t>
            </w:r>
          </w:p>
        </w:tc>
        <w:tc>
          <w:tcPr>
            <w:tcW w:w="70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0FA08C" w14:textId="77777777" w:rsidR="00F403A3" w:rsidRDefault="00A50D6A">
            <w:pPr>
              <w:spacing w:after="0"/>
            </w:pPr>
            <w:r>
              <w:rPr>
                <w:sz w:val="19"/>
              </w:rPr>
              <w:t>Elden teslim alma</w:t>
            </w:r>
          </w:p>
        </w:tc>
      </w:tr>
    </w:tbl>
    <w:p w14:paraId="7C11BFE7" w14:textId="77777777" w:rsidR="00F403A3" w:rsidRDefault="00F403A3"/>
    <w:p w14:paraId="4FFBF4FB" w14:textId="77777777" w:rsidR="00F403A3" w:rsidRDefault="00A50D6A">
      <w:pPr>
        <w:pStyle w:val="Balk2"/>
      </w:pPr>
      <w:r>
        <w:t>4. Açıklama ve Uyarı</w:t>
      </w:r>
    </w:p>
    <w:p w14:paraId="0FF228F6" w14:textId="77777777" w:rsidR="00F403A3" w:rsidRDefault="00A50D6A">
      <w:pPr>
        <w:ind w:left="255" w:hanging="142"/>
      </w:pPr>
      <w:r>
        <w:t xml:space="preserve">•  Başvuru sahibinin kimliği doğrulanmadan başvuru sonucu üçüncü </w:t>
      </w:r>
      <w:r>
        <w:t>kişilerle paylaşılmaz.</w:t>
      </w:r>
    </w:p>
    <w:p w14:paraId="581A2ECC" w14:textId="77777777" w:rsidR="00F403A3" w:rsidRDefault="00A50D6A">
      <w:pPr>
        <w:ind w:left="255" w:hanging="142"/>
      </w:pPr>
      <w:r>
        <w:t>•  Başkasına ait kişisel veri talep ediliyorsa temsil yetkisini gösteren belge aranır.</w:t>
      </w:r>
    </w:p>
    <w:p w14:paraId="7F82223F" w14:textId="77777777" w:rsidR="00F403A3" w:rsidRDefault="00A50D6A">
      <w:pPr>
        <w:ind w:left="255" w:hanging="142"/>
      </w:pPr>
      <w:r>
        <w:t>•  Kamera kaydı taleplerinde üçüncü kişilerin görüntüsü bulunabileceğinden doğrudan paylaşım yapılmayabilir; sınırlı izleme, maskeleme, resmi maka</w:t>
      </w:r>
      <w:r>
        <w:t>m süreci veya gerekçeli ret uygulanabilir.</w:t>
      </w:r>
    </w:p>
    <w:p w14:paraId="3E68B86F" w14:textId="77777777" w:rsidR="00F403A3" w:rsidRDefault="00A50D6A">
      <w:pPr>
        <w:ind w:left="255" w:hanging="142"/>
      </w:pPr>
      <w:r>
        <w:t>•  Talep, Boztaş’ın veri sorumlusu olmadığı bir sürece ilişkinse başvuru sahibi uygun şekilde bilgilendirilir.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9"/>
        <w:gridCol w:w="4989"/>
      </w:tblGrid>
      <w:tr w:rsidR="00F403A3" w14:paraId="0C2AFC58" w14:textId="77777777">
        <w:trPr>
          <w:jc w:val="center"/>
        </w:trPr>
        <w:tc>
          <w:tcPr>
            <w:tcW w:w="49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F7"/>
            <w:vAlign w:val="center"/>
          </w:tcPr>
          <w:p w14:paraId="52784361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lastRenderedPageBreak/>
              <w:t>BAŞVURU SAHİBİ</w:t>
            </w:r>
          </w:p>
        </w:tc>
        <w:tc>
          <w:tcPr>
            <w:tcW w:w="49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F7"/>
            <w:vAlign w:val="center"/>
          </w:tcPr>
          <w:p w14:paraId="6ABDBDE5" w14:textId="77777777" w:rsidR="00F403A3" w:rsidRDefault="00A50D6A">
            <w:pPr>
              <w:spacing w:after="0"/>
            </w:pPr>
            <w:r>
              <w:rPr>
                <w:b/>
                <w:sz w:val="19"/>
              </w:rPr>
              <w:t>TESLİM ALAN</w:t>
            </w:r>
          </w:p>
        </w:tc>
      </w:tr>
      <w:tr w:rsidR="00F403A3" w14:paraId="19A22CD9" w14:textId="77777777">
        <w:trPr>
          <w:jc w:val="center"/>
        </w:trPr>
        <w:tc>
          <w:tcPr>
            <w:tcW w:w="49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81F8300" w14:textId="77777777" w:rsidR="00F403A3" w:rsidRDefault="00A50D6A">
            <w:pPr>
              <w:spacing w:after="0"/>
            </w:pPr>
            <w:r>
              <w:rPr>
                <w:sz w:val="19"/>
              </w:rPr>
              <w:t>Ad Soyad / Unvan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Tarih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İmza / Kaşe</w:t>
            </w:r>
          </w:p>
        </w:tc>
        <w:tc>
          <w:tcPr>
            <w:tcW w:w="49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F17856" w14:textId="77777777" w:rsidR="00F403A3" w:rsidRDefault="00A50D6A">
            <w:pPr>
              <w:spacing w:after="0"/>
            </w:pPr>
            <w:r>
              <w:rPr>
                <w:sz w:val="19"/>
              </w:rPr>
              <w:t>Ad Soyad / Unvan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Tarih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İmza / Kaşe</w:t>
            </w:r>
          </w:p>
        </w:tc>
      </w:tr>
    </w:tbl>
    <w:p w14:paraId="7D9F3DBF" w14:textId="77777777" w:rsidR="003E1EA1" w:rsidRDefault="003E1EA1"/>
    <w:sectPr w:rsidR="003E1EA1" w:rsidSect="00034616">
      <w:pgSz w:w="12240" w:h="15840"/>
      <w:pgMar w:top="765" w:right="709" w:bottom="709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1EA1"/>
    <w:rsid w:val="00551844"/>
    <w:rsid w:val="00A50D6A"/>
    <w:rsid w:val="00AA1D8D"/>
    <w:rsid w:val="00B47730"/>
    <w:rsid w:val="00CB0664"/>
    <w:rsid w:val="00CE69C9"/>
    <w:rsid w:val="00F403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E3CCB1"/>
  <w14:defaultImageDpi w14:val="300"/>
  <w15:docId w15:val="{20AFF666-0AF7-4881-8C09-78EED6EC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10B57E-9D28-4744-9BB1-9FCD26772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DG-05-Ilgili-Kisi-Basvuru-Formu</vt:lpstr>
      <vt:lpstr/>
    </vt:vector>
  </TitlesOfParts>
  <Manager/>
  <Company/>
  <LinksUpToDate>false</LinksUpToDate>
  <CharactersWithSpaces>2027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DG-05-Ilgili-Kisi-Basvuru-Formu</dc:title>
  <dc:subject/>
  <dc:creator>KUTLU FURKAN SOLAK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2026-06-10T08:32:00Z</dcterms:modified>
  <cp:category/>
</cp:coreProperties>
</file>